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88720" cy="12091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0047777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2091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rPr>
          <w:color w:val="215CA0"/>
        </w:rPr>
        <w:t>FICHA DE PREINSCRIPCIÓN</w:t>
      </w:r>
    </w:p>
    <w:p>
      <w:pPr>
        <w:jc w:val="center"/>
      </w:pPr>
      <w:r>
        <w:rPr>
          <w:b/>
          <w:sz w:val="26"/>
        </w:rPr>
        <w:t>Programa de Desarrollo del Lenguaje, la Comunicación y las Habilidades Sociales</w:t>
        <w:br/>
      </w:r>
      <w:r>
        <w:t>Asociación Caminando con Laia</w:t>
        <w:br/>
      </w:r>
      <w:r>
        <w:t>Con la colaboración del equipo EITAL y la Concejalía de Educación de Alcorcón.</w:t>
      </w:r>
    </w:p>
    <w:p>
      <w:r>
        <w:rPr>
          <w:b/>
          <w:color w:val="215CA0"/>
          <w:sz w:val="28"/>
        </w:rPr>
        <w:t>👧 DATOS DEL NIÑO/A</w:t>
      </w:r>
    </w:p>
    <w:p>
      <w:r>
        <w:t>Nombre y apellidos: ________________________________________________</w:t>
      </w:r>
    </w:p>
    <w:p>
      <w:r>
        <w:t>Fecha de nacimiento: ____/____/______    Edad: ______</w:t>
      </w:r>
    </w:p>
    <w:p>
      <w:r>
        <w:t>Curso escolar (2026/2027): _________________________________________</w:t>
      </w:r>
    </w:p>
    <w:p>
      <w:r>
        <w:t>Centro educativo: _________________________________________________</w:t>
      </w:r>
    </w:p>
    <w:p>
      <w:r>
        <w:rPr>
          <w:b/>
          <w:color w:val="2D8C5A"/>
          <w:sz w:val="28"/>
        </w:rPr>
        <w:t>👨‍👩‍👧 DATOS DEL PADRE/MADRE/TUTOR</w:t>
      </w:r>
    </w:p>
    <w:p>
      <w:r>
        <w:t>Nombre y apellidos: ________________________________________________</w:t>
      </w:r>
    </w:p>
    <w:p>
      <w:r>
        <w:t>Teléfono: ______________________    Correo electrónico: __________________________</w:t>
      </w:r>
    </w:p>
    <w:p>
      <w:r>
        <w:rPr>
          <w:b/>
          <w:color w:val="215CA0"/>
          <w:sz w:val="28"/>
        </w:rPr>
        <w:t>📝 INFORMACIÓN DEL PARTICIPANTE</w:t>
      </w:r>
    </w:p>
    <w:p>
      <w:r>
        <w:t>¿Es familia socia de Caminando con Laia?   ☐ Sí    ☐ No</w:t>
      </w:r>
    </w:p>
    <w:p>
      <w:r>
        <w:t>¿Presenta alguna necesidad específica o diagnóstico? (Opcional)</w:t>
        <w:br/>
        <w:br/>
        <w:t>_____________________________________________________________</w:t>
        <w:br/>
        <w:t>_____________________________________________________________</w:t>
      </w:r>
    </w:p>
    <w:p>
      <w:r>
        <w:t>Aspectos que desea reforzar (marque los que correspondan):</w:t>
        <w:br/>
        <w:t>☐ Lenguaje   ☐ Comunicación   ☐ Habilidades sociales</w:t>
        <w:br/>
        <w:t>☐ Atención   ☐ Funciones ejecutivas   ☐ Aprendizaje</w:t>
        <w:br/>
        <w:t>☐ Regulación emocional   ☐ Autoestima   ☐ Otro: __________________</w:t>
      </w:r>
    </w:p>
    <w:p>
      <w:r>
        <w:rPr>
          <w:b/>
          <w:color w:val="2D8C5A"/>
          <w:sz w:val="28"/>
        </w:rPr>
        <w:t>📅 DISPONIBILIDAD</w:t>
      </w:r>
    </w:p>
    <w:p>
      <w:r>
        <w:t>Día preferente: ☐ Lunes ☐ Martes ☐ Miércoles ☐ Jueves ☐ Viernes</w:t>
      </w:r>
    </w:p>
    <w:p>
      <w:r>
        <w:t>Horario preferente: ☐ 16:00–18:00   ☐ 17:00–19:00   ☐ Indiferente</w:t>
      </w:r>
    </w:p>
    <w:p>
      <w:r>
        <w:rPr>
          <w:b/>
          <w:color w:val="215CA0"/>
          <w:sz w:val="28"/>
        </w:rPr>
        <w:t>✅ DECLARACIÓN</w:t>
      </w:r>
    </w:p>
    <w:p>
      <w:r>
        <w:t>☐ He leído la información del programa.</w:t>
        <w:br/>
        <w:t>☐ Solicito la preinscripción del menor y conozco que la plaza quedará reservada tras el abono de la matrícula.</w:t>
        <w:br/>
        <w:t>☐ Acepto que las plazas se adjudicarán por orden de inscripción, con preferencia para las familias socias.</w:t>
      </w:r>
    </w:p>
    <w:p>
      <w:r>
        <w:rPr>
          <w:b/>
          <w:color w:val="2D8C5A"/>
          <w:sz w:val="28"/>
        </w:rPr>
        <w:t>✍ OBSERVACIONES</w:t>
      </w:r>
    </w:p>
    <w:p>
      <w:r>
        <w:t>_____________________________________________________________</w:t>
        <w:br/>
        <w:br/>
        <w:t>_____________________________________________________________</w:t>
        <w:br/>
        <w:br/>
        <w:t>_____________________________________________________________</w:t>
      </w:r>
    </w:p>
    <w:p>
      <w:r>
        <w:rPr>
          <w:b/>
          <w:color w:val="215CA0"/>
          <w:sz w:val="28"/>
        </w:rPr>
        <w:t>USO EXCLUSIVO DE LA ASOCIACIÓN</w:t>
      </w:r>
    </w:p>
    <w:p>
      <w:r>
        <w:t>N.º de solicitud: ____________</w:t>
        <w:br/>
        <w:t>Fecha: ____/____/______</w:t>
        <w:br/>
        <w:t>☐ Socio   ☐ No socio</w:t>
        <w:br/>
        <w:t>☐ Matrícula abonada</w:t>
        <w:br/>
        <w:t>☐ Plaza concedida</w:t>
        <w:br/>
        <w:t>☐ Lista de espera</w:t>
      </w:r>
    </w:p>
    <w:sectPr w:rsidR="00FC693F" w:rsidRPr="0006063C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